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FEAED" w14:textId="77777777" w:rsidR="00B84578" w:rsidRPr="00EA46FF" w:rsidRDefault="00000000">
      <w:pPr>
        <w:spacing w:after="0"/>
        <w:jc w:val="center"/>
      </w:pPr>
      <w:r w:rsidRPr="00EA46FF">
        <w:rPr>
          <w:b/>
          <w:color w:val="4E3070"/>
          <w:sz w:val="36"/>
        </w:rPr>
        <w:t>DIVERGENT: USING QUOTES + APA 7 CITATIONS</w:t>
      </w:r>
    </w:p>
    <w:p w14:paraId="16F46FAD" w14:textId="30599A58" w:rsidR="00B84578" w:rsidRPr="00EA46FF" w:rsidRDefault="00B84578">
      <w:pPr>
        <w:spacing w:after="60"/>
        <w:jc w:val="center"/>
      </w:pPr>
    </w:p>
    <w:p w14:paraId="2AAE3272" w14:textId="77777777" w:rsidR="00510EA2" w:rsidRPr="00EA46FF" w:rsidRDefault="00510EA2" w:rsidP="00510EA2">
      <w:pPr>
        <w:spacing w:before="40" w:after="40"/>
      </w:pPr>
      <w:r w:rsidRPr="00EA46FF">
        <w:rPr>
          <w:b/>
          <w:bCs/>
          <w:color w:val="403152" w:themeColor="accent4" w:themeShade="80"/>
        </w:rPr>
        <w:t>Name:</w:t>
      </w:r>
      <w:r w:rsidRPr="00EA46FF">
        <w:rPr>
          <w:color w:val="403152" w:themeColor="accent4" w:themeShade="80"/>
        </w:rPr>
        <w:t xml:space="preserve"> </w:t>
      </w:r>
      <w:r w:rsidRPr="00EA46FF">
        <w:t>_________________________________________</w:t>
      </w:r>
    </w:p>
    <w:p w14:paraId="33645218" w14:textId="77777777" w:rsidR="00510EA2" w:rsidRPr="00EA46FF" w:rsidRDefault="00510EA2">
      <w:pPr>
        <w:spacing w:before="40" w:after="40"/>
        <w:rPr>
          <w:b/>
          <w:color w:val="4E3070"/>
        </w:rPr>
      </w:pPr>
    </w:p>
    <w:p w14:paraId="0DC70A66" w14:textId="37BF558C" w:rsidR="00AE7E89" w:rsidRDefault="00000000" w:rsidP="00701DED">
      <w:pPr>
        <w:spacing w:before="40" w:after="40"/>
      </w:pPr>
      <w:r w:rsidRPr="00EA46FF">
        <w:rPr>
          <w:b/>
          <w:color w:val="4E3070"/>
        </w:rPr>
        <w:t xml:space="preserve">Your task: </w:t>
      </w:r>
      <w:r w:rsidRPr="00EA46FF">
        <w:t>For each quotation, write one complete sentence that introduces the evidence and includes the correct APA 7 citation</w:t>
      </w:r>
      <w:r w:rsidR="00AE7E89" w:rsidRPr="00EA46FF">
        <w:t>.</w:t>
      </w:r>
      <w:r w:rsidR="00510EA2" w:rsidRPr="00EA46FF">
        <w:t xml:space="preserve"> Use a mix of parenthetical, narrative and paraphrased citations</w:t>
      </w:r>
      <w:r w:rsidR="00510EA2" w:rsidRPr="00701DED">
        <w:rPr>
          <w:b/>
          <w:bCs/>
          <w:color w:val="403152" w:themeColor="accent4" w:themeShade="80"/>
        </w:rPr>
        <w:t>.</w:t>
      </w:r>
      <w:r w:rsidR="00B0605A" w:rsidRPr="00701DED">
        <w:rPr>
          <w:b/>
          <w:bCs/>
          <w:color w:val="403152" w:themeColor="accent4" w:themeShade="80"/>
        </w:rPr>
        <w:t xml:space="preserve"> </w:t>
      </w:r>
      <w:r w:rsidR="00701DED" w:rsidRPr="00701DED">
        <w:rPr>
          <w:b/>
          <w:bCs/>
          <w:color w:val="403152" w:themeColor="accent4" w:themeShade="80"/>
        </w:rPr>
        <w:t>If the quote box is blank, turn to the page provided and find your own relevant evidence for that theme.</w:t>
      </w:r>
    </w:p>
    <w:p w14:paraId="35E6DF3F" w14:textId="77777777" w:rsidR="00EA46FF" w:rsidRPr="00EA46FF" w:rsidRDefault="00EA46FF" w:rsidP="00510EA2">
      <w:pPr>
        <w:spacing w:before="40" w:after="40"/>
      </w:pP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202"/>
        <w:gridCol w:w="6286"/>
        <w:gridCol w:w="835"/>
        <w:gridCol w:w="6984"/>
      </w:tblGrid>
      <w:tr w:rsidR="00EC347B" w:rsidRPr="00EA46FF" w14:paraId="50085651" w14:textId="77777777" w:rsidTr="00EC347B">
        <w:trPr>
          <w:trHeight w:val="805"/>
        </w:trPr>
        <w:tc>
          <w:tcPr>
            <w:tcW w:w="1202" w:type="dxa"/>
            <w:shd w:val="clear" w:color="auto" w:fill="8064A2" w:themeFill="accent4"/>
          </w:tcPr>
          <w:p w14:paraId="5190F7E2" w14:textId="77777777" w:rsidR="00EC347B" w:rsidRPr="00EA46FF" w:rsidRDefault="00EC347B" w:rsidP="00EC347B">
            <w:pPr>
              <w:jc w:val="center"/>
              <w:rPr>
                <w:b/>
                <w:color w:val="FFFFFF" w:themeColor="background1"/>
                <w:sz w:val="17"/>
              </w:rPr>
            </w:pPr>
          </w:p>
          <w:p w14:paraId="6592868F" w14:textId="097EB08F" w:rsidR="00EC347B" w:rsidRPr="00EA46FF" w:rsidRDefault="00EC347B" w:rsidP="00EC347B">
            <w:pPr>
              <w:jc w:val="center"/>
              <w:rPr>
                <w:b/>
                <w:color w:val="FFFFFF" w:themeColor="background1"/>
                <w:sz w:val="17"/>
              </w:rPr>
            </w:pPr>
            <w:r w:rsidRPr="00EA46FF">
              <w:rPr>
                <w:b/>
                <w:color w:val="FFFFFF" w:themeColor="background1"/>
                <w:sz w:val="17"/>
              </w:rPr>
              <w:t>THEME</w:t>
            </w:r>
          </w:p>
        </w:tc>
        <w:tc>
          <w:tcPr>
            <w:tcW w:w="6286" w:type="dxa"/>
            <w:shd w:val="clear" w:color="auto" w:fill="8064A2" w:themeFill="accent4"/>
          </w:tcPr>
          <w:p w14:paraId="55470375" w14:textId="77777777" w:rsidR="00EC347B" w:rsidRPr="00EA46FF" w:rsidRDefault="00EC347B" w:rsidP="00EC347B">
            <w:pPr>
              <w:jc w:val="center"/>
              <w:rPr>
                <w:b/>
                <w:color w:val="FFFFFF" w:themeColor="background1"/>
                <w:sz w:val="17"/>
              </w:rPr>
            </w:pPr>
          </w:p>
          <w:p w14:paraId="414106A6" w14:textId="5C481B2A" w:rsidR="00EC347B" w:rsidRPr="00EA46FF" w:rsidRDefault="00EC347B" w:rsidP="00EC347B">
            <w:pPr>
              <w:jc w:val="center"/>
              <w:rPr>
                <w:b/>
                <w:color w:val="FFFFFF" w:themeColor="background1"/>
                <w:sz w:val="17"/>
              </w:rPr>
            </w:pPr>
            <w:r w:rsidRPr="00EA46FF">
              <w:rPr>
                <w:b/>
                <w:color w:val="FFFFFF" w:themeColor="background1"/>
                <w:sz w:val="17"/>
              </w:rPr>
              <w:t>QUOTE</w:t>
            </w:r>
          </w:p>
        </w:tc>
        <w:tc>
          <w:tcPr>
            <w:tcW w:w="835" w:type="dxa"/>
            <w:shd w:val="clear" w:color="auto" w:fill="8064A2" w:themeFill="accent4"/>
          </w:tcPr>
          <w:p w14:paraId="16CA7517" w14:textId="77777777" w:rsidR="00EC347B" w:rsidRPr="00EA46FF" w:rsidRDefault="00EC347B" w:rsidP="00EC347B">
            <w:pPr>
              <w:jc w:val="center"/>
              <w:rPr>
                <w:b/>
                <w:color w:val="FFFFFF" w:themeColor="background1"/>
                <w:sz w:val="17"/>
              </w:rPr>
            </w:pPr>
          </w:p>
          <w:p w14:paraId="76A8DAF4" w14:textId="205C7A3F" w:rsidR="00EC347B" w:rsidRPr="00EA46FF" w:rsidRDefault="00EC347B" w:rsidP="00EC347B">
            <w:pPr>
              <w:jc w:val="center"/>
              <w:rPr>
                <w:b/>
                <w:color w:val="FFFFFF" w:themeColor="background1"/>
                <w:sz w:val="17"/>
              </w:rPr>
            </w:pPr>
            <w:r w:rsidRPr="00EA46FF">
              <w:rPr>
                <w:b/>
                <w:color w:val="FFFFFF" w:themeColor="background1"/>
                <w:sz w:val="17"/>
              </w:rPr>
              <w:t>PAGE #</w:t>
            </w:r>
          </w:p>
        </w:tc>
        <w:tc>
          <w:tcPr>
            <w:tcW w:w="6984" w:type="dxa"/>
            <w:shd w:val="clear" w:color="auto" w:fill="8064A2" w:themeFill="accent4"/>
          </w:tcPr>
          <w:p w14:paraId="72B00E5A" w14:textId="77777777" w:rsidR="00EC347B" w:rsidRPr="00EA46FF" w:rsidRDefault="00EC347B" w:rsidP="00EC347B">
            <w:pPr>
              <w:jc w:val="center"/>
              <w:rPr>
                <w:b/>
                <w:color w:val="FFFFFF" w:themeColor="background1"/>
                <w:sz w:val="16"/>
              </w:rPr>
            </w:pPr>
          </w:p>
          <w:p w14:paraId="46E4BBE0" w14:textId="34B87463" w:rsidR="00EC347B" w:rsidRPr="00EA46FF" w:rsidRDefault="00EC347B" w:rsidP="00EC347B">
            <w:pPr>
              <w:jc w:val="center"/>
              <w:rPr>
                <w:b/>
                <w:color w:val="FFFFFF" w:themeColor="background1"/>
                <w:sz w:val="16"/>
              </w:rPr>
            </w:pPr>
            <w:r w:rsidRPr="00EA46FF">
              <w:rPr>
                <w:b/>
                <w:color w:val="FFFFFF" w:themeColor="background1"/>
                <w:sz w:val="16"/>
              </w:rPr>
              <w:t xml:space="preserve">YOUR </w:t>
            </w:r>
            <w:r w:rsidR="00701DED">
              <w:rPr>
                <w:b/>
                <w:color w:val="FFFFFF" w:themeColor="background1"/>
                <w:sz w:val="16"/>
              </w:rPr>
              <w:t xml:space="preserve">SENTENCE + </w:t>
            </w:r>
            <w:r w:rsidRPr="00EA46FF">
              <w:rPr>
                <w:b/>
                <w:color w:val="FFFFFF" w:themeColor="background1"/>
                <w:sz w:val="16"/>
              </w:rPr>
              <w:t>CITATION</w:t>
            </w:r>
          </w:p>
        </w:tc>
      </w:tr>
      <w:tr w:rsidR="002E6426" w:rsidRPr="00EA46FF" w14:paraId="37A4946C" w14:textId="77777777" w:rsidTr="00EC347B">
        <w:trPr>
          <w:trHeight w:val="521"/>
        </w:trPr>
        <w:tc>
          <w:tcPr>
            <w:tcW w:w="1202" w:type="dxa"/>
            <w:vMerge w:val="restart"/>
          </w:tcPr>
          <w:p w14:paraId="1EFA9419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20404FA8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572CDA4A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39C5B54A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5B3D7B92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6E2B83FD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62A6EF8B" w14:textId="60BA8274" w:rsidR="002E6426" w:rsidRPr="00EA46FF" w:rsidRDefault="002E6426">
            <w:pPr>
              <w:jc w:val="center"/>
            </w:pPr>
            <w:r w:rsidRPr="00EA46FF">
              <w:rPr>
                <w:b/>
                <w:color w:val="4E3070"/>
                <w:sz w:val="17"/>
              </w:rPr>
              <w:t>FEAR</w:t>
            </w:r>
          </w:p>
        </w:tc>
        <w:tc>
          <w:tcPr>
            <w:tcW w:w="6286" w:type="dxa"/>
          </w:tcPr>
          <w:p w14:paraId="6A6CE84A" w14:textId="77777777" w:rsidR="00EC347B" w:rsidRPr="00EA46FF" w:rsidRDefault="00EC347B">
            <w:pPr>
              <w:rPr>
                <w:sz w:val="17"/>
              </w:rPr>
            </w:pPr>
          </w:p>
          <w:p w14:paraId="1078750B" w14:textId="77777777" w:rsidR="00EC347B" w:rsidRPr="00EA46FF" w:rsidRDefault="00EC347B">
            <w:pPr>
              <w:rPr>
                <w:sz w:val="17"/>
              </w:rPr>
            </w:pPr>
          </w:p>
          <w:p w14:paraId="3940A59A" w14:textId="6F1840BD" w:rsidR="002E6426" w:rsidRPr="00EA46FF" w:rsidRDefault="002E6426">
            <w:r w:rsidRPr="00EA46FF">
              <w:rPr>
                <w:sz w:val="17"/>
              </w:rPr>
              <w:t>“</w:t>
            </w:r>
            <w:proofErr w:type="gramStart"/>
            <w:r w:rsidRPr="00EA46FF">
              <w:rPr>
                <w:sz w:val="17"/>
              </w:rPr>
              <w:t>maybe</w:t>
            </w:r>
            <w:proofErr w:type="gramEnd"/>
            <w:r w:rsidRPr="00EA46FF">
              <w:rPr>
                <w:sz w:val="17"/>
              </w:rPr>
              <w:t xml:space="preserve"> what I saw as fearless was actually fear under control”</w:t>
            </w:r>
          </w:p>
        </w:tc>
        <w:tc>
          <w:tcPr>
            <w:tcW w:w="835" w:type="dxa"/>
          </w:tcPr>
          <w:p w14:paraId="15E17543" w14:textId="77777777" w:rsidR="00EC347B" w:rsidRPr="00EA46FF" w:rsidRDefault="00EC347B">
            <w:pPr>
              <w:jc w:val="center"/>
              <w:rPr>
                <w:sz w:val="17"/>
              </w:rPr>
            </w:pPr>
          </w:p>
          <w:p w14:paraId="424102CD" w14:textId="77777777" w:rsidR="00EC347B" w:rsidRPr="00EA46FF" w:rsidRDefault="00EC347B">
            <w:pPr>
              <w:jc w:val="center"/>
              <w:rPr>
                <w:sz w:val="17"/>
              </w:rPr>
            </w:pPr>
          </w:p>
          <w:p w14:paraId="001DD353" w14:textId="055C554C" w:rsidR="002E6426" w:rsidRPr="00EA46FF" w:rsidRDefault="002E6426">
            <w:pPr>
              <w:jc w:val="center"/>
            </w:pPr>
            <w:r w:rsidRPr="00EA46FF">
              <w:rPr>
                <w:sz w:val="17"/>
              </w:rPr>
              <w:t>239</w:t>
            </w:r>
          </w:p>
        </w:tc>
        <w:tc>
          <w:tcPr>
            <w:tcW w:w="6984" w:type="dxa"/>
          </w:tcPr>
          <w:p w14:paraId="07807174" w14:textId="77777777" w:rsidR="00904373" w:rsidRDefault="00904373" w:rsidP="00EA46FF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PARENTHETICAL:</w:t>
            </w:r>
          </w:p>
          <w:p w14:paraId="64A786F3" w14:textId="4A827779" w:rsidR="00EC347B" w:rsidRDefault="002E6426" w:rsidP="00EA46FF">
            <w:pPr>
              <w:rPr>
                <w:sz w:val="18"/>
              </w:rPr>
            </w:pPr>
            <w:r w:rsidRPr="00EA46FF">
              <w:rPr>
                <w:sz w:val="16"/>
              </w:rPr>
              <w:br/>
            </w:r>
            <w:r w:rsidR="00EA46FF" w:rsidRPr="00EA46FF">
              <w:rPr>
                <w:sz w:val="18"/>
              </w:rPr>
              <w:t>Roth s</w:t>
            </w:r>
            <w:r w:rsidR="00EA46FF">
              <w:rPr>
                <w:sz w:val="18"/>
              </w:rPr>
              <w:t>uggests</w:t>
            </w:r>
            <w:r w:rsidR="00EA46FF" w:rsidRPr="00EA46FF">
              <w:rPr>
                <w:sz w:val="18"/>
              </w:rPr>
              <w:t xml:space="preserve"> </w:t>
            </w:r>
            <w:r w:rsidR="00EA46FF">
              <w:rPr>
                <w:sz w:val="18"/>
              </w:rPr>
              <w:t xml:space="preserve">that being brave does not necessarily mean a lack of fear, but rather the ability to control it. This is evidenced when Tris </w:t>
            </w:r>
            <w:r w:rsidR="00EA46FF">
              <w:rPr>
                <w:sz w:val="18"/>
              </w:rPr>
              <w:t>ponders</w:t>
            </w:r>
            <w:r w:rsidR="00EA46FF">
              <w:rPr>
                <w:sz w:val="18"/>
              </w:rPr>
              <w:t>, “maybe what I saw as fearless was actually fear under control” (Roth, 2011, p.</w:t>
            </w:r>
            <w:r w:rsidR="00701DED">
              <w:rPr>
                <w:sz w:val="18"/>
              </w:rPr>
              <w:t xml:space="preserve"> </w:t>
            </w:r>
            <w:r w:rsidR="00EA46FF">
              <w:rPr>
                <w:sz w:val="18"/>
              </w:rPr>
              <w:t>239)</w:t>
            </w:r>
            <w:r w:rsidR="00701DED">
              <w:rPr>
                <w:sz w:val="18"/>
              </w:rPr>
              <w:t>.</w:t>
            </w:r>
          </w:p>
          <w:p w14:paraId="1340CA7B" w14:textId="6837010F" w:rsidR="00EA46FF" w:rsidRPr="00EA46FF" w:rsidRDefault="00EA46FF" w:rsidP="00EA46FF"/>
        </w:tc>
      </w:tr>
      <w:tr w:rsidR="002E6426" w:rsidRPr="00EA46FF" w14:paraId="251186B8" w14:textId="77777777" w:rsidTr="00EC347B">
        <w:tc>
          <w:tcPr>
            <w:tcW w:w="1202" w:type="dxa"/>
            <w:vMerge/>
          </w:tcPr>
          <w:p w14:paraId="3FDEBCDF" w14:textId="77777777" w:rsidR="002E6426" w:rsidRPr="00EA46FF" w:rsidRDefault="002E6426" w:rsidP="002E6426"/>
        </w:tc>
        <w:tc>
          <w:tcPr>
            <w:tcW w:w="6286" w:type="dxa"/>
          </w:tcPr>
          <w:p w14:paraId="3B5A44C8" w14:textId="77777777" w:rsidR="00EC347B" w:rsidRPr="00EA46FF" w:rsidRDefault="00EC347B" w:rsidP="002E6426">
            <w:pPr>
              <w:rPr>
                <w:sz w:val="17"/>
              </w:rPr>
            </w:pPr>
          </w:p>
          <w:p w14:paraId="4D389B77" w14:textId="77777777" w:rsidR="00EC347B" w:rsidRPr="00EA46FF" w:rsidRDefault="00EC347B" w:rsidP="002E6426">
            <w:pPr>
              <w:rPr>
                <w:sz w:val="17"/>
              </w:rPr>
            </w:pPr>
          </w:p>
          <w:p w14:paraId="5F00878F" w14:textId="2AEC73DA" w:rsidR="002E6426" w:rsidRPr="00EA46FF" w:rsidRDefault="002E6426" w:rsidP="002E6426"/>
        </w:tc>
        <w:tc>
          <w:tcPr>
            <w:tcW w:w="835" w:type="dxa"/>
          </w:tcPr>
          <w:p w14:paraId="71BEBA82" w14:textId="77777777" w:rsidR="00EC347B" w:rsidRPr="00EA46FF" w:rsidRDefault="00EC347B" w:rsidP="002E6426">
            <w:pPr>
              <w:jc w:val="center"/>
              <w:rPr>
                <w:sz w:val="17"/>
              </w:rPr>
            </w:pPr>
          </w:p>
          <w:p w14:paraId="2CC80080" w14:textId="77777777" w:rsidR="00EC347B" w:rsidRPr="00EA46FF" w:rsidRDefault="00EC347B" w:rsidP="002E6426">
            <w:pPr>
              <w:jc w:val="center"/>
              <w:rPr>
                <w:sz w:val="17"/>
              </w:rPr>
            </w:pPr>
          </w:p>
          <w:p w14:paraId="325D5CE8" w14:textId="3D061107" w:rsidR="002E6426" w:rsidRPr="00EA46FF" w:rsidRDefault="002E6426" w:rsidP="002E6426">
            <w:pPr>
              <w:jc w:val="center"/>
            </w:pPr>
            <w:r w:rsidRPr="00EA46FF">
              <w:rPr>
                <w:sz w:val="17"/>
              </w:rPr>
              <w:t>394</w:t>
            </w:r>
          </w:p>
        </w:tc>
        <w:tc>
          <w:tcPr>
            <w:tcW w:w="6984" w:type="dxa"/>
          </w:tcPr>
          <w:p w14:paraId="050BE3E3" w14:textId="7E33A896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NARRATIVE</w:t>
            </w:r>
            <w:r>
              <w:rPr>
                <w:b/>
                <w:color w:val="4E3070"/>
                <w:sz w:val="17"/>
              </w:rPr>
              <w:t>:</w:t>
            </w:r>
          </w:p>
          <w:p w14:paraId="7E1C4672" w14:textId="77777777" w:rsidR="00EC347B" w:rsidRPr="00EA46FF" w:rsidRDefault="002E6426" w:rsidP="00EC347B">
            <w:pPr>
              <w:rPr>
                <w:sz w:val="16"/>
              </w:rPr>
            </w:pPr>
            <w:r w:rsidRPr="00EA46FF">
              <w:rPr>
                <w:sz w:val="16"/>
              </w:rPr>
              <w:br/>
            </w:r>
            <w:r w:rsidR="00EC347B"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1DC7814C" w14:textId="77777777" w:rsidR="00EC347B" w:rsidRPr="00EA46FF" w:rsidRDefault="00EC347B" w:rsidP="00EC347B">
            <w:pPr>
              <w:rPr>
                <w:sz w:val="16"/>
              </w:rPr>
            </w:pPr>
          </w:p>
          <w:p w14:paraId="09B7FA15" w14:textId="77777777" w:rsidR="00EC347B" w:rsidRPr="00EA46FF" w:rsidRDefault="00EC347B" w:rsidP="00EC347B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7201B751" w14:textId="77777777" w:rsidR="00EC347B" w:rsidRPr="00EA46FF" w:rsidRDefault="00EC347B" w:rsidP="00EC347B">
            <w:pPr>
              <w:rPr>
                <w:sz w:val="16"/>
              </w:rPr>
            </w:pPr>
          </w:p>
          <w:p w14:paraId="46E28766" w14:textId="77777777" w:rsidR="00EC347B" w:rsidRPr="00EA46FF" w:rsidRDefault="00EC347B" w:rsidP="00EC347B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42C1EF99" w14:textId="7B714053" w:rsidR="00EA46FF" w:rsidRPr="00EA46FF" w:rsidRDefault="00EA46FF" w:rsidP="002E6426"/>
        </w:tc>
      </w:tr>
      <w:tr w:rsidR="002E6426" w:rsidRPr="00EA46FF" w14:paraId="1C6B5E78" w14:textId="77777777" w:rsidTr="00EC347B">
        <w:trPr>
          <w:trHeight w:val="592"/>
        </w:trPr>
        <w:tc>
          <w:tcPr>
            <w:tcW w:w="1202" w:type="dxa"/>
            <w:vMerge w:val="restart"/>
          </w:tcPr>
          <w:p w14:paraId="66C2D793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18EB5983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7C1DB202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131F5BA2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025AD9BC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5EFFA693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53386624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3D4C8601" w14:textId="77777777" w:rsidR="00EC347B" w:rsidRPr="00EA46FF" w:rsidRDefault="00EC347B">
            <w:pPr>
              <w:jc w:val="center"/>
              <w:rPr>
                <w:b/>
                <w:color w:val="4E3070"/>
                <w:sz w:val="17"/>
              </w:rPr>
            </w:pPr>
          </w:p>
          <w:p w14:paraId="2C69F4EC" w14:textId="35B35EE7" w:rsidR="002E6426" w:rsidRPr="00EA46FF" w:rsidRDefault="002E6426">
            <w:pPr>
              <w:jc w:val="center"/>
            </w:pPr>
            <w:r w:rsidRPr="00EA46FF">
              <w:rPr>
                <w:b/>
                <w:color w:val="4E3070"/>
                <w:sz w:val="17"/>
              </w:rPr>
              <w:t>COURAGE / BRAVERY</w:t>
            </w:r>
          </w:p>
        </w:tc>
        <w:tc>
          <w:tcPr>
            <w:tcW w:w="6286" w:type="dxa"/>
          </w:tcPr>
          <w:p w14:paraId="0808E260" w14:textId="77777777" w:rsidR="00EC347B" w:rsidRPr="00EA46FF" w:rsidRDefault="00EC347B">
            <w:pPr>
              <w:rPr>
                <w:sz w:val="17"/>
              </w:rPr>
            </w:pPr>
          </w:p>
          <w:p w14:paraId="76648EB7" w14:textId="77777777" w:rsidR="00EC347B" w:rsidRPr="00EA46FF" w:rsidRDefault="00EC347B">
            <w:pPr>
              <w:rPr>
                <w:sz w:val="17"/>
              </w:rPr>
            </w:pPr>
          </w:p>
          <w:p w14:paraId="77E5BE6C" w14:textId="4C252C7D" w:rsidR="002E6426" w:rsidRPr="00EA46FF" w:rsidRDefault="002E6426"/>
        </w:tc>
        <w:tc>
          <w:tcPr>
            <w:tcW w:w="835" w:type="dxa"/>
          </w:tcPr>
          <w:p w14:paraId="1C99660C" w14:textId="77777777" w:rsidR="00EC347B" w:rsidRPr="00EA46FF" w:rsidRDefault="00EC347B">
            <w:pPr>
              <w:jc w:val="center"/>
              <w:rPr>
                <w:sz w:val="17"/>
              </w:rPr>
            </w:pPr>
          </w:p>
          <w:p w14:paraId="646643C9" w14:textId="77777777" w:rsidR="00EC347B" w:rsidRPr="00EA46FF" w:rsidRDefault="00EC347B">
            <w:pPr>
              <w:jc w:val="center"/>
              <w:rPr>
                <w:sz w:val="17"/>
              </w:rPr>
            </w:pPr>
          </w:p>
          <w:p w14:paraId="43C73A62" w14:textId="43EC8990" w:rsidR="002E6426" w:rsidRPr="00EA46FF" w:rsidRDefault="002E6426">
            <w:pPr>
              <w:jc w:val="center"/>
            </w:pPr>
            <w:r w:rsidRPr="00EA46FF">
              <w:rPr>
                <w:sz w:val="17"/>
              </w:rPr>
              <w:t>65</w:t>
            </w:r>
          </w:p>
        </w:tc>
        <w:tc>
          <w:tcPr>
            <w:tcW w:w="6984" w:type="dxa"/>
          </w:tcPr>
          <w:p w14:paraId="1033F8F8" w14:textId="28CF0F2E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PARAPHRAS</w:t>
            </w:r>
            <w:r>
              <w:rPr>
                <w:b/>
                <w:color w:val="4E3070"/>
                <w:sz w:val="17"/>
              </w:rPr>
              <w:t>E:</w:t>
            </w:r>
          </w:p>
          <w:p w14:paraId="741FF9D4" w14:textId="77777777" w:rsidR="00904373" w:rsidRDefault="00904373" w:rsidP="00904373">
            <w:pPr>
              <w:rPr>
                <w:b/>
                <w:color w:val="4E3070"/>
                <w:sz w:val="17"/>
              </w:rPr>
            </w:pPr>
          </w:p>
          <w:p w14:paraId="42BD9C0D" w14:textId="7BB2A1AD" w:rsidR="00EC347B" w:rsidRPr="00EA46FF" w:rsidRDefault="00EC347B" w:rsidP="00EC347B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7F1867C6" w14:textId="77777777" w:rsidR="00EC347B" w:rsidRPr="00EA46FF" w:rsidRDefault="00EC347B" w:rsidP="00EC347B">
            <w:pPr>
              <w:rPr>
                <w:sz w:val="16"/>
              </w:rPr>
            </w:pPr>
          </w:p>
          <w:p w14:paraId="66521AF4" w14:textId="77777777" w:rsidR="00EC347B" w:rsidRPr="00EA46FF" w:rsidRDefault="00EC347B" w:rsidP="00EC347B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76E0DE93" w14:textId="77777777" w:rsidR="00EC347B" w:rsidRPr="00EA46FF" w:rsidRDefault="00EC347B" w:rsidP="00EC347B">
            <w:pPr>
              <w:rPr>
                <w:sz w:val="16"/>
              </w:rPr>
            </w:pPr>
          </w:p>
          <w:p w14:paraId="2BC7A8BC" w14:textId="77777777" w:rsidR="00EC347B" w:rsidRPr="00EA46FF" w:rsidRDefault="00EC347B" w:rsidP="00EC347B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4D1792E6" w14:textId="5C147BF2" w:rsidR="002E6426" w:rsidRPr="00EA46FF" w:rsidRDefault="002E6426"/>
        </w:tc>
      </w:tr>
      <w:tr w:rsidR="00EC347B" w:rsidRPr="00EA46FF" w14:paraId="5FE474AC" w14:textId="77777777" w:rsidTr="00EC347B">
        <w:trPr>
          <w:trHeight w:val="884"/>
        </w:trPr>
        <w:tc>
          <w:tcPr>
            <w:tcW w:w="1202" w:type="dxa"/>
            <w:vMerge/>
          </w:tcPr>
          <w:p w14:paraId="5E13DE0F" w14:textId="77777777" w:rsidR="00EC347B" w:rsidRPr="00EA46FF" w:rsidRDefault="00EC347B" w:rsidP="00EC347B"/>
        </w:tc>
        <w:tc>
          <w:tcPr>
            <w:tcW w:w="6286" w:type="dxa"/>
          </w:tcPr>
          <w:p w14:paraId="2BFF5539" w14:textId="77777777" w:rsidR="00EC347B" w:rsidRPr="00EA46FF" w:rsidRDefault="00EC347B" w:rsidP="00EC347B">
            <w:pPr>
              <w:rPr>
                <w:sz w:val="17"/>
              </w:rPr>
            </w:pPr>
          </w:p>
          <w:p w14:paraId="16338675" w14:textId="77777777" w:rsidR="00EC347B" w:rsidRPr="00EA46FF" w:rsidRDefault="00EC347B" w:rsidP="00EC347B">
            <w:pPr>
              <w:rPr>
                <w:sz w:val="17"/>
              </w:rPr>
            </w:pPr>
          </w:p>
          <w:p w14:paraId="3B3AD5B1" w14:textId="49289D63" w:rsidR="00EC347B" w:rsidRPr="00EA46FF" w:rsidRDefault="00EC347B" w:rsidP="00EC347B"/>
        </w:tc>
        <w:tc>
          <w:tcPr>
            <w:tcW w:w="835" w:type="dxa"/>
          </w:tcPr>
          <w:p w14:paraId="66A23936" w14:textId="77777777" w:rsidR="00EC347B" w:rsidRPr="00EA46FF" w:rsidRDefault="00EC347B" w:rsidP="00EC347B">
            <w:pPr>
              <w:jc w:val="center"/>
              <w:rPr>
                <w:sz w:val="17"/>
              </w:rPr>
            </w:pPr>
          </w:p>
          <w:p w14:paraId="72E46F45" w14:textId="77777777" w:rsidR="00EC347B" w:rsidRPr="00EA46FF" w:rsidRDefault="00EC347B" w:rsidP="00EC347B">
            <w:pPr>
              <w:jc w:val="center"/>
              <w:rPr>
                <w:sz w:val="17"/>
              </w:rPr>
            </w:pPr>
          </w:p>
          <w:p w14:paraId="5B24C4E3" w14:textId="7879C76C" w:rsidR="00EC347B" w:rsidRPr="00EA46FF" w:rsidRDefault="00EC347B" w:rsidP="00EC347B">
            <w:pPr>
              <w:jc w:val="center"/>
            </w:pPr>
            <w:r w:rsidRPr="00EA46FF">
              <w:rPr>
                <w:sz w:val="17"/>
              </w:rPr>
              <w:t>95</w:t>
            </w:r>
          </w:p>
        </w:tc>
        <w:tc>
          <w:tcPr>
            <w:tcW w:w="6984" w:type="dxa"/>
          </w:tcPr>
          <w:p w14:paraId="2F2D0097" w14:textId="77777777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PARENTHETICAL:</w:t>
            </w:r>
          </w:p>
          <w:p w14:paraId="0DA0A8A1" w14:textId="77777777" w:rsidR="00EC347B" w:rsidRPr="00EA46FF" w:rsidRDefault="00EC347B" w:rsidP="00EC347B">
            <w:pPr>
              <w:rPr>
                <w:sz w:val="16"/>
              </w:rPr>
            </w:pPr>
          </w:p>
          <w:p w14:paraId="2CFE9800" w14:textId="600DD491" w:rsidR="00EC347B" w:rsidRPr="00EA46FF" w:rsidRDefault="00EC347B" w:rsidP="00EC347B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3E19F97D" w14:textId="77777777" w:rsidR="00EC347B" w:rsidRPr="00EA46FF" w:rsidRDefault="00EC347B" w:rsidP="00EC347B">
            <w:pPr>
              <w:rPr>
                <w:sz w:val="16"/>
              </w:rPr>
            </w:pPr>
          </w:p>
          <w:p w14:paraId="058500D0" w14:textId="77777777" w:rsidR="00EC347B" w:rsidRPr="00EA46FF" w:rsidRDefault="00EC347B" w:rsidP="00EC347B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5A7CDB37" w14:textId="77777777" w:rsidR="00EC347B" w:rsidRPr="00EA46FF" w:rsidRDefault="00EC347B" w:rsidP="00EC347B">
            <w:pPr>
              <w:rPr>
                <w:sz w:val="16"/>
              </w:rPr>
            </w:pPr>
          </w:p>
          <w:p w14:paraId="02F2BAE8" w14:textId="77777777" w:rsidR="00EC347B" w:rsidRPr="00EA46FF" w:rsidRDefault="00EC347B" w:rsidP="00EC347B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2CA20D49" w14:textId="1F2A189A" w:rsidR="00EC347B" w:rsidRPr="00EA46FF" w:rsidRDefault="00EC347B" w:rsidP="00EC347B"/>
        </w:tc>
      </w:tr>
      <w:tr w:rsidR="00EC347B" w:rsidRPr="00EA46FF" w14:paraId="2A9DE784" w14:textId="77777777" w:rsidTr="00EC347B">
        <w:tc>
          <w:tcPr>
            <w:tcW w:w="1202" w:type="dxa"/>
            <w:vMerge/>
          </w:tcPr>
          <w:p w14:paraId="5A5CCB71" w14:textId="77777777" w:rsidR="00EC347B" w:rsidRPr="00EA46FF" w:rsidRDefault="00EC347B" w:rsidP="00EC347B"/>
        </w:tc>
        <w:tc>
          <w:tcPr>
            <w:tcW w:w="6286" w:type="dxa"/>
          </w:tcPr>
          <w:p w14:paraId="14377CEC" w14:textId="77777777" w:rsidR="00EC347B" w:rsidRPr="00EA46FF" w:rsidRDefault="00EC347B" w:rsidP="00EC347B">
            <w:pPr>
              <w:rPr>
                <w:sz w:val="17"/>
              </w:rPr>
            </w:pPr>
          </w:p>
          <w:p w14:paraId="79610473" w14:textId="77777777" w:rsidR="00EC347B" w:rsidRPr="00EA46FF" w:rsidRDefault="00EC347B" w:rsidP="00EC347B">
            <w:pPr>
              <w:rPr>
                <w:sz w:val="17"/>
              </w:rPr>
            </w:pPr>
          </w:p>
          <w:p w14:paraId="34F5898A" w14:textId="2FC0253B" w:rsidR="00EC347B" w:rsidRPr="00EA46FF" w:rsidRDefault="00EC347B" w:rsidP="00EC347B">
            <w:r w:rsidRPr="00EA46FF">
              <w:rPr>
                <w:sz w:val="17"/>
              </w:rPr>
              <w:t>“there’s a difference between not being afraid and acting in spite of fear”</w:t>
            </w:r>
          </w:p>
        </w:tc>
        <w:tc>
          <w:tcPr>
            <w:tcW w:w="835" w:type="dxa"/>
          </w:tcPr>
          <w:p w14:paraId="5827835A" w14:textId="77777777" w:rsidR="00EC347B" w:rsidRPr="00EA46FF" w:rsidRDefault="00EC347B" w:rsidP="00EC347B">
            <w:pPr>
              <w:jc w:val="center"/>
              <w:rPr>
                <w:sz w:val="17"/>
              </w:rPr>
            </w:pPr>
          </w:p>
          <w:p w14:paraId="7B1C9EFC" w14:textId="77777777" w:rsidR="00EC347B" w:rsidRPr="00EA46FF" w:rsidRDefault="00EC347B" w:rsidP="00EC347B">
            <w:pPr>
              <w:jc w:val="center"/>
              <w:rPr>
                <w:sz w:val="17"/>
              </w:rPr>
            </w:pPr>
          </w:p>
          <w:p w14:paraId="4AAA44A8" w14:textId="7EE6E643" w:rsidR="00EC347B" w:rsidRPr="00EA46FF" w:rsidRDefault="00EC347B" w:rsidP="00EC347B">
            <w:pPr>
              <w:jc w:val="center"/>
            </w:pPr>
            <w:r w:rsidRPr="00EA46FF">
              <w:rPr>
                <w:sz w:val="17"/>
              </w:rPr>
              <w:t>145</w:t>
            </w:r>
          </w:p>
        </w:tc>
        <w:tc>
          <w:tcPr>
            <w:tcW w:w="6984" w:type="dxa"/>
          </w:tcPr>
          <w:p w14:paraId="7E22B457" w14:textId="77777777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NARRATIVE:</w:t>
            </w:r>
          </w:p>
          <w:p w14:paraId="1524AF03" w14:textId="77777777" w:rsidR="00EC347B" w:rsidRPr="00EA46FF" w:rsidRDefault="00EC347B" w:rsidP="00EC347B">
            <w:pPr>
              <w:rPr>
                <w:sz w:val="16"/>
              </w:rPr>
            </w:pPr>
          </w:p>
          <w:p w14:paraId="34F8F54D" w14:textId="6771D5D1" w:rsidR="00EC347B" w:rsidRPr="00EA46FF" w:rsidRDefault="00EC347B" w:rsidP="00EC347B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4DE76C75" w14:textId="77777777" w:rsidR="00EC347B" w:rsidRPr="00EA46FF" w:rsidRDefault="00EC347B" w:rsidP="00EC347B">
            <w:pPr>
              <w:rPr>
                <w:sz w:val="16"/>
              </w:rPr>
            </w:pPr>
          </w:p>
          <w:p w14:paraId="42389B0C" w14:textId="77777777" w:rsidR="00EC347B" w:rsidRPr="00EA46FF" w:rsidRDefault="00EC347B" w:rsidP="00EC347B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10A0ED56" w14:textId="77777777" w:rsidR="00EC347B" w:rsidRPr="00EA46FF" w:rsidRDefault="00EC347B" w:rsidP="00EC347B">
            <w:pPr>
              <w:rPr>
                <w:sz w:val="16"/>
              </w:rPr>
            </w:pPr>
          </w:p>
          <w:p w14:paraId="0118AC7D" w14:textId="46F1DABD" w:rsidR="00904373" w:rsidRPr="00EA46FF" w:rsidRDefault="00EC347B" w:rsidP="00904373"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</w:tc>
      </w:tr>
      <w:tr w:rsidR="00AE7E89" w:rsidRPr="00EA46FF" w14:paraId="0EFF21B2" w14:textId="77777777" w:rsidTr="00AE7E89">
        <w:trPr>
          <w:trHeight w:val="611"/>
        </w:trPr>
        <w:tc>
          <w:tcPr>
            <w:tcW w:w="1202" w:type="dxa"/>
            <w:shd w:val="clear" w:color="auto" w:fill="8064A2" w:themeFill="accent4"/>
          </w:tcPr>
          <w:p w14:paraId="6278C3C6" w14:textId="77777777" w:rsidR="00AE7E89" w:rsidRPr="00EA46FF" w:rsidRDefault="00AE7E89" w:rsidP="00AE7E89">
            <w:pPr>
              <w:jc w:val="center"/>
              <w:rPr>
                <w:b/>
                <w:color w:val="FFFFFF" w:themeColor="background1"/>
                <w:sz w:val="17"/>
              </w:rPr>
            </w:pPr>
          </w:p>
          <w:p w14:paraId="3F0FAC6D" w14:textId="4DFB727F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  <w:r w:rsidRPr="00EA46FF">
              <w:rPr>
                <w:b/>
                <w:color w:val="FFFFFF" w:themeColor="background1"/>
                <w:sz w:val="17"/>
              </w:rPr>
              <w:t>THEME</w:t>
            </w:r>
          </w:p>
        </w:tc>
        <w:tc>
          <w:tcPr>
            <w:tcW w:w="6286" w:type="dxa"/>
            <w:shd w:val="clear" w:color="auto" w:fill="8064A2" w:themeFill="accent4"/>
          </w:tcPr>
          <w:p w14:paraId="42645DBC" w14:textId="77777777" w:rsidR="00AE7E89" w:rsidRPr="00EA46FF" w:rsidRDefault="00AE7E89" w:rsidP="00AE7E89">
            <w:pPr>
              <w:jc w:val="center"/>
              <w:rPr>
                <w:b/>
                <w:color w:val="FFFFFF" w:themeColor="background1"/>
                <w:sz w:val="17"/>
              </w:rPr>
            </w:pPr>
          </w:p>
          <w:p w14:paraId="5756988E" w14:textId="1F6CC8D8" w:rsidR="00AE7E89" w:rsidRPr="00EA46FF" w:rsidRDefault="00AE7E89" w:rsidP="00AE7E89">
            <w:pPr>
              <w:jc w:val="center"/>
              <w:rPr>
                <w:sz w:val="17"/>
              </w:rPr>
            </w:pPr>
            <w:r w:rsidRPr="00EA46FF">
              <w:rPr>
                <w:b/>
                <w:color w:val="FFFFFF" w:themeColor="background1"/>
                <w:sz w:val="17"/>
              </w:rPr>
              <w:t>QUOTE</w:t>
            </w:r>
          </w:p>
        </w:tc>
        <w:tc>
          <w:tcPr>
            <w:tcW w:w="835" w:type="dxa"/>
            <w:shd w:val="clear" w:color="auto" w:fill="8064A2" w:themeFill="accent4"/>
          </w:tcPr>
          <w:p w14:paraId="2B61CE40" w14:textId="77777777" w:rsidR="00AE7E89" w:rsidRPr="00EA46FF" w:rsidRDefault="00AE7E89" w:rsidP="00AE7E89">
            <w:pPr>
              <w:jc w:val="center"/>
              <w:rPr>
                <w:b/>
                <w:color w:val="FFFFFF" w:themeColor="background1"/>
                <w:sz w:val="17"/>
              </w:rPr>
            </w:pPr>
          </w:p>
          <w:p w14:paraId="302759F3" w14:textId="62324789" w:rsidR="00AE7E89" w:rsidRPr="00EA46FF" w:rsidRDefault="00AE7E89" w:rsidP="00AE7E89">
            <w:pPr>
              <w:jc w:val="center"/>
              <w:rPr>
                <w:sz w:val="17"/>
              </w:rPr>
            </w:pPr>
            <w:r w:rsidRPr="00EA46FF">
              <w:rPr>
                <w:b/>
                <w:color w:val="FFFFFF" w:themeColor="background1"/>
                <w:sz w:val="17"/>
              </w:rPr>
              <w:t>PAGE #</w:t>
            </w:r>
          </w:p>
        </w:tc>
        <w:tc>
          <w:tcPr>
            <w:tcW w:w="6984" w:type="dxa"/>
            <w:shd w:val="clear" w:color="auto" w:fill="8064A2" w:themeFill="accent4"/>
          </w:tcPr>
          <w:p w14:paraId="3DEF4E40" w14:textId="77777777" w:rsidR="00AE7E89" w:rsidRPr="00EA46FF" w:rsidRDefault="00AE7E89" w:rsidP="00AE7E89">
            <w:pPr>
              <w:jc w:val="center"/>
              <w:rPr>
                <w:b/>
                <w:color w:val="FFFFFF" w:themeColor="background1"/>
                <w:sz w:val="16"/>
              </w:rPr>
            </w:pPr>
          </w:p>
          <w:p w14:paraId="70B29B5D" w14:textId="2099D447" w:rsidR="00AE7E89" w:rsidRPr="00EA46FF" w:rsidRDefault="00AE7E89" w:rsidP="00AE7E89">
            <w:pPr>
              <w:jc w:val="center"/>
              <w:rPr>
                <w:sz w:val="16"/>
              </w:rPr>
            </w:pPr>
            <w:r w:rsidRPr="00EA46FF">
              <w:rPr>
                <w:b/>
                <w:color w:val="FFFFFF" w:themeColor="background1"/>
                <w:sz w:val="16"/>
              </w:rPr>
              <w:t>YOUR CITATION</w:t>
            </w:r>
          </w:p>
        </w:tc>
      </w:tr>
      <w:tr w:rsidR="00AE7E89" w:rsidRPr="00EA46FF" w14:paraId="139F717F" w14:textId="77777777" w:rsidTr="00EC347B">
        <w:trPr>
          <w:trHeight w:val="611"/>
        </w:trPr>
        <w:tc>
          <w:tcPr>
            <w:tcW w:w="1202" w:type="dxa"/>
            <w:vMerge w:val="restart"/>
          </w:tcPr>
          <w:p w14:paraId="780184DA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136F7830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3D61E5E6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28BD07AB" w14:textId="77777777" w:rsidR="00AE7E89" w:rsidRPr="00EA46FF" w:rsidRDefault="00AE7E89" w:rsidP="00AE7E89">
            <w:pPr>
              <w:rPr>
                <w:b/>
                <w:color w:val="4E3070"/>
                <w:sz w:val="17"/>
              </w:rPr>
            </w:pPr>
          </w:p>
          <w:p w14:paraId="6EB7B111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79732CD8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6ACD6944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3C409A56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4B96134C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06C77DF6" w14:textId="6D52901C" w:rsidR="00AE7E89" w:rsidRPr="00EA46FF" w:rsidRDefault="00AE7E89" w:rsidP="00AE7E89">
            <w:pPr>
              <w:jc w:val="center"/>
            </w:pPr>
            <w:r w:rsidRPr="00EA46FF">
              <w:rPr>
                <w:b/>
                <w:color w:val="4E3070"/>
                <w:sz w:val="17"/>
              </w:rPr>
              <w:t>BELONGING</w:t>
            </w:r>
          </w:p>
        </w:tc>
        <w:tc>
          <w:tcPr>
            <w:tcW w:w="6286" w:type="dxa"/>
          </w:tcPr>
          <w:p w14:paraId="6ACFF54B" w14:textId="77777777" w:rsidR="00AE7E89" w:rsidRPr="00EA46FF" w:rsidRDefault="00AE7E89" w:rsidP="00AE7E89">
            <w:pPr>
              <w:rPr>
                <w:sz w:val="17"/>
              </w:rPr>
            </w:pPr>
          </w:p>
          <w:p w14:paraId="3A148B1E" w14:textId="77777777" w:rsidR="00AE7E89" w:rsidRPr="00EA46FF" w:rsidRDefault="00AE7E89" w:rsidP="00AE7E89">
            <w:pPr>
              <w:rPr>
                <w:sz w:val="17"/>
              </w:rPr>
            </w:pPr>
          </w:p>
          <w:p w14:paraId="2E37FE87" w14:textId="362AC0F9" w:rsidR="00AE7E89" w:rsidRPr="00EA46FF" w:rsidRDefault="00AE7E89" w:rsidP="00AE7E89"/>
        </w:tc>
        <w:tc>
          <w:tcPr>
            <w:tcW w:w="835" w:type="dxa"/>
          </w:tcPr>
          <w:p w14:paraId="4C3FCAF7" w14:textId="77777777" w:rsidR="00AE7E89" w:rsidRPr="00EA46FF" w:rsidRDefault="00AE7E89" w:rsidP="00AE7E89">
            <w:pPr>
              <w:rPr>
                <w:sz w:val="17"/>
              </w:rPr>
            </w:pPr>
          </w:p>
          <w:p w14:paraId="1270313E" w14:textId="77777777" w:rsidR="00AE7E89" w:rsidRPr="00EA46FF" w:rsidRDefault="00AE7E89" w:rsidP="00AE7E89">
            <w:pPr>
              <w:jc w:val="center"/>
              <w:rPr>
                <w:sz w:val="17"/>
              </w:rPr>
            </w:pPr>
          </w:p>
          <w:p w14:paraId="352C4D0F" w14:textId="781195C9" w:rsidR="00AE7E89" w:rsidRPr="00EA46FF" w:rsidRDefault="00AE7E89" w:rsidP="00AE7E89">
            <w:pPr>
              <w:jc w:val="center"/>
            </w:pPr>
            <w:r w:rsidRPr="00EA46FF">
              <w:rPr>
                <w:sz w:val="17"/>
              </w:rPr>
              <w:t>3</w:t>
            </w:r>
          </w:p>
        </w:tc>
        <w:tc>
          <w:tcPr>
            <w:tcW w:w="6984" w:type="dxa"/>
          </w:tcPr>
          <w:p w14:paraId="7AE0E3C9" w14:textId="77777777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PARAPHRASE:</w:t>
            </w:r>
          </w:p>
          <w:p w14:paraId="1C2E89A8" w14:textId="77777777" w:rsidR="00AE7E89" w:rsidRPr="00EA46FF" w:rsidRDefault="00AE7E89" w:rsidP="00AE7E89">
            <w:pPr>
              <w:rPr>
                <w:sz w:val="16"/>
              </w:rPr>
            </w:pPr>
          </w:p>
          <w:p w14:paraId="6E674A65" w14:textId="07DF4A35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0B9DF84F" w14:textId="77777777" w:rsidR="00AE7E89" w:rsidRPr="00EA46FF" w:rsidRDefault="00AE7E89" w:rsidP="00AE7E89">
            <w:pPr>
              <w:rPr>
                <w:sz w:val="16"/>
              </w:rPr>
            </w:pPr>
          </w:p>
          <w:p w14:paraId="464BACAA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602BD7EA" w14:textId="77777777" w:rsidR="00AE7E89" w:rsidRPr="00EA46FF" w:rsidRDefault="00AE7E89" w:rsidP="00AE7E89">
            <w:pPr>
              <w:rPr>
                <w:sz w:val="16"/>
              </w:rPr>
            </w:pPr>
          </w:p>
          <w:p w14:paraId="0D0703E7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7F9509A1" w14:textId="1525276B" w:rsidR="00AE7E89" w:rsidRPr="00EA46FF" w:rsidRDefault="00AE7E89" w:rsidP="00AE7E89"/>
        </w:tc>
      </w:tr>
      <w:tr w:rsidR="00AE7E89" w:rsidRPr="00EA46FF" w14:paraId="3AC482B0" w14:textId="77777777" w:rsidTr="00EC347B">
        <w:tc>
          <w:tcPr>
            <w:tcW w:w="1202" w:type="dxa"/>
            <w:vMerge/>
          </w:tcPr>
          <w:p w14:paraId="66D1C4B7" w14:textId="77777777" w:rsidR="00AE7E89" w:rsidRPr="00EA46FF" w:rsidRDefault="00AE7E89" w:rsidP="00AE7E89"/>
        </w:tc>
        <w:tc>
          <w:tcPr>
            <w:tcW w:w="6286" w:type="dxa"/>
          </w:tcPr>
          <w:p w14:paraId="3B2E3B48" w14:textId="77777777" w:rsidR="00AE7E89" w:rsidRPr="00EA46FF" w:rsidRDefault="00AE7E89" w:rsidP="00AE7E89">
            <w:pPr>
              <w:rPr>
                <w:sz w:val="17"/>
              </w:rPr>
            </w:pPr>
          </w:p>
          <w:p w14:paraId="142F82CB" w14:textId="77777777" w:rsidR="00AE7E89" w:rsidRPr="00EA46FF" w:rsidRDefault="00AE7E89" w:rsidP="00AE7E89">
            <w:pPr>
              <w:rPr>
                <w:sz w:val="17"/>
              </w:rPr>
            </w:pPr>
          </w:p>
          <w:p w14:paraId="1874876F" w14:textId="2139DA6A" w:rsidR="00AE7E89" w:rsidRPr="00EA46FF" w:rsidRDefault="00AE7E89" w:rsidP="00AE7E89"/>
        </w:tc>
        <w:tc>
          <w:tcPr>
            <w:tcW w:w="835" w:type="dxa"/>
          </w:tcPr>
          <w:p w14:paraId="4B362AA7" w14:textId="77777777" w:rsidR="00AE7E89" w:rsidRPr="00EA46FF" w:rsidRDefault="00AE7E89" w:rsidP="00AE7E89">
            <w:pPr>
              <w:jc w:val="center"/>
              <w:rPr>
                <w:sz w:val="17"/>
              </w:rPr>
            </w:pPr>
          </w:p>
          <w:p w14:paraId="7A018BFF" w14:textId="77777777" w:rsidR="00AE7E89" w:rsidRPr="00EA46FF" w:rsidRDefault="00AE7E89" w:rsidP="00AE7E89">
            <w:pPr>
              <w:jc w:val="center"/>
              <w:rPr>
                <w:sz w:val="17"/>
              </w:rPr>
            </w:pPr>
          </w:p>
          <w:p w14:paraId="497C76D4" w14:textId="780F3217" w:rsidR="00AE7E89" w:rsidRPr="00EA46FF" w:rsidRDefault="00AE7E89" w:rsidP="00AE7E89">
            <w:pPr>
              <w:jc w:val="center"/>
            </w:pPr>
            <w:r w:rsidRPr="00EA46FF">
              <w:rPr>
                <w:sz w:val="17"/>
              </w:rPr>
              <w:t>79</w:t>
            </w:r>
          </w:p>
        </w:tc>
        <w:tc>
          <w:tcPr>
            <w:tcW w:w="6984" w:type="dxa"/>
          </w:tcPr>
          <w:p w14:paraId="3D2455AB" w14:textId="77777777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PARENTHETICAL:</w:t>
            </w:r>
          </w:p>
          <w:p w14:paraId="69B48443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br/>
              <w:t>___________________________________________________________________________________________</w:t>
            </w:r>
          </w:p>
          <w:p w14:paraId="4D42EF55" w14:textId="77777777" w:rsidR="00AE7E89" w:rsidRPr="00EA46FF" w:rsidRDefault="00AE7E89" w:rsidP="00AE7E89">
            <w:pPr>
              <w:rPr>
                <w:sz w:val="16"/>
              </w:rPr>
            </w:pPr>
          </w:p>
          <w:p w14:paraId="1BE4666C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243A0F35" w14:textId="77777777" w:rsidR="00AE7E89" w:rsidRPr="00EA46FF" w:rsidRDefault="00AE7E89" w:rsidP="00AE7E89">
            <w:pPr>
              <w:rPr>
                <w:sz w:val="16"/>
              </w:rPr>
            </w:pPr>
          </w:p>
          <w:p w14:paraId="62663327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46E7841F" w14:textId="05C54347" w:rsidR="00AE7E89" w:rsidRPr="00EA46FF" w:rsidRDefault="00AE7E89" w:rsidP="00AE7E89"/>
        </w:tc>
      </w:tr>
      <w:tr w:rsidR="00AE7E89" w:rsidRPr="00EA46FF" w14:paraId="3283F89E" w14:textId="77777777" w:rsidTr="00EC347B">
        <w:tc>
          <w:tcPr>
            <w:tcW w:w="1202" w:type="dxa"/>
            <w:vMerge/>
          </w:tcPr>
          <w:p w14:paraId="1FD66338" w14:textId="77777777" w:rsidR="00AE7E89" w:rsidRPr="00EA46FF" w:rsidRDefault="00AE7E89" w:rsidP="00AE7E89"/>
        </w:tc>
        <w:tc>
          <w:tcPr>
            <w:tcW w:w="6286" w:type="dxa"/>
          </w:tcPr>
          <w:p w14:paraId="7B71ABB9" w14:textId="77777777" w:rsidR="007702EC" w:rsidRPr="00EA46FF" w:rsidRDefault="007702EC" w:rsidP="00AE7E89">
            <w:pPr>
              <w:rPr>
                <w:sz w:val="17"/>
              </w:rPr>
            </w:pPr>
          </w:p>
          <w:p w14:paraId="6FB6D314" w14:textId="77777777" w:rsidR="007702EC" w:rsidRPr="00EA46FF" w:rsidRDefault="007702EC" w:rsidP="00AE7E89">
            <w:pPr>
              <w:rPr>
                <w:sz w:val="17"/>
              </w:rPr>
            </w:pPr>
          </w:p>
          <w:p w14:paraId="7EA9278B" w14:textId="52D5D0C4" w:rsidR="00AE7E89" w:rsidRPr="00EA46FF" w:rsidRDefault="00AE7E89" w:rsidP="00AE7E89">
            <w:r w:rsidRPr="00EA46FF">
              <w:rPr>
                <w:sz w:val="17"/>
              </w:rPr>
              <w:t>“I guess I haven't really had a friend, period.”</w:t>
            </w:r>
          </w:p>
        </w:tc>
        <w:tc>
          <w:tcPr>
            <w:tcW w:w="835" w:type="dxa"/>
          </w:tcPr>
          <w:p w14:paraId="6DD5F2DB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06829947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3A5EF549" w14:textId="43D2BBFC" w:rsidR="00AE7E89" w:rsidRPr="00EA46FF" w:rsidRDefault="00AE7E89" w:rsidP="00AE7E89">
            <w:pPr>
              <w:jc w:val="center"/>
            </w:pPr>
            <w:r w:rsidRPr="00EA46FF">
              <w:rPr>
                <w:sz w:val="17"/>
              </w:rPr>
              <w:t>92</w:t>
            </w:r>
          </w:p>
        </w:tc>
        <w:tc>
          <w:tcPr>
            <w:tcW w:w="6984" w:type="dxa"/>
          </w:tcPr>
          <w:p w14:paraId="6B6C97ED" w14:textId="77777777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NARRATIVE:</w:t>
            </w:r>
          </w:p>
          <w:p w14:paraId="7BE9A158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br/>
              <w:t>___________________________________________________________________________________________</w:t>
            </w:r>
          </w:p>
          <w:p w14:paraId="4CDF9B0A" w14:textId="77777777" w:rsidR="00AE7E89" w:rsidRPr="00EA46FF" w:rsidRDefault="00AE7E89" w:rsidP="00AE7E89">
            <w:pPr>
              <w:rPr>
                <w:sz w:val="16"/>
              </w:rPr>
            </w:pPr>
          </w:p>
          <w:p w14:paraId="394BA207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2593C6C1" w14:textId="77777777" w:rsidR="00AE7E89" w:rsidRPr="00EA46FF" w:rsidRDefault="00AE7E89" w:rsidP="00AE7E89">
            <w:pPr>
              <w:rPr>
                <w:sz w:val="16"/>
              </w:rPr>
            </w:pPr>
          </w:p>
          <w:p w14:paraId="313C9648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67F4B9AC" w14:textId="05FDFD43" w:rsidR="00AE7E89" w:rsidRPr="00EA46FF" w:rsidRDefault="00AE7E89" w:rsidP="00AE7E89"/>
        </w:tc>
      </w:tr>
      <w:tr w:rsidR="00AE7E89" w:rsidRPr="00EA46FF" w14:paraId="37A35FA6" w14:textId="77777777" w:rsidTr="00EC347B">
        <w:tc>
          <w:tcPr>
            <w:tcW w:w="1202" w:type="dxa"/>
            <w:vMerge w:val="restart"/>
          </w:tcPr>
          <w:p w14:paraId="77D94973" w14:textId="77777777" w:rsidR="00192D23" w:rsidRPr="00EA46FF" w:rsidRDefault="00192D23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6BFC5FB0" w14:textId="77777777" w:rsidR="00192D23" w:rsidRPr="00EA46FF" w:rsidRDefault="00192D23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485D8247" w14:textId="77777777" w:rsidR="00192D23" w:rsidRPr="00EA46FF" w:rsidRDefault="00192D23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46CEBCF7" w14:textId="77777777" w:rsidR="00192D23" w:rsidRPr="00EA46FF" w:rsidRDefault="00192D23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5F3182F6" w14:textId="77777777" w:rsidR="00192D23" w:rsidRPr="00EA46FF" w:rsidRDefault="00192D23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2812D9D0" w14:textId="77777777" w:rsidR="00192D23" w:rsidRPr="00EA46FF" w:rsidRDefault="00192D23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0BE585EA" w14:textId="0979FE06" w:rsidR="00AE7E89" w:rsidRPr="00EA46FF" w:rsidRDefault="00AE7E89" w:rsidP="00AE7E89">
            <w:pPr>
              <w:jc w:val="center"/>
            </w:pPr>
            <w:r w:rsidRPr="00EA46FF">
              <w:rPr>
                <w:b/>
                <w:color w:val="4E3070"/>
                <w:sz w:val="17"/>
              </w:rPr>
              <w:t>IDENTITY</w:t>
            </w:r>
          </w:p>
        </w:tc>
        <w:tc>
          <w:tcPr>
            <w:tcW w:w="6286" w:type="dxa"/>
          </w:tcPr>
          <w:p w14:paraId="267C3F6F" w14:textId="77777777" w:rsidR="007702EC" w:rsidRPr="00EA46FF" w:rsidRDefault="007702EC" w:rsidP="00AE7E89">
            <w:pPr>
              <w:rPr>
                <w:sz w:val="17"/>
              </w:rPr>
            </w:pPr>
          </w:p>
          <w:p w14:paraId="453982D9" w14:textId="77777777" w:rsidR="007702EC" w:rsidRPr="00EA46FF" w:rsidRDefault="007702EC" w:rsidP="00AE7E89">
            <w:pPr>
              <w:rPr>
                <w:sz w:val="17"/>
              </w:rPr>
            </w:pPr>
          </w:p>
          <w:p w14:paraId="7F4F248A" w14:textId="079A4AF0" w:rsidR="00AE7E89" w:rsidRPr="00EA46FF" w:rsidRDefault="00AE7E89" w:rsidP="00AE7E89">
            <w:r w:rsidRPr="00EA46FF">
              <w:rPr>
                <w:sz w:val="17"/>
              </w:rPr>
              <w:t>“I am not Abnegation. I am not Dauntless. I am Divergent.”</w:t>
            </w:r>
          </w:p>
        </w:tc>
        <w:tc>
          <w:tcPr>
            <w:tcW w:w="835" w:type="dxa"/>
          </w:tcPr>
          <w:p w14:paraId="03AB50AD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41DA5626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1A39CDBA" w14:textId="5E42C05B" w:rsidR="00AE7E89" w:rsidRPr="00EA46FF" w:rsidRDefault="00AE7E89" w:rsidP="00AE7E89">
            <w:pPr>
              <w:jc w:val="center"/>
            </w:pPr>
            <w:r w:rsidRPr="00EA46FF">
              <w:rPr>
                <w:sz w:val="17"/>
              </w:rPr>
              <w:t>442</w:t>
            </w:r>
          </w:p>
        </w:tc>
        <w:tc>
          <w:tcPr>
            <w:tcW w:w="6984" w:type="dxa"/>
          </w:tcPr>
          <w:p w14:paraId="5C10BE84" w14:textId="77777777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PARAPHRASE:</w:t>
            </w:r>
          </w:p>
          <w:p w14:paraId="61A34FE9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br/>
              <w:t>___________________________________________________________________________________________</w:t>
            </w:r>
          </w:p>
          <w:p w14:paraId="513D9022" w14:textId="77777777" w:rsidR="00AE7E89" w:rsidRPr="00EA46FF" w:rsidRDefault="00AE7E89" w:rsidP="00AE7E89">
            <w:pPr>
              <w:rPr>
                <w:sz w:val="16"/>
              </w:rPr>
            </w:pPr>
          </w:p>
          <w:p w14:paraId="41CF572C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4A4FFF43" w14:textId="77777777" w:rsidR="00AE7E89" w:rsidRPr="00EA46FF" w:rsidRDefault="00AE7E89" w:rsidP="00AE7E89">
            <w:pPr>
              <w:rPr>
                <w:sz w:val="16"/>
              </w:rPr>
            </w:pPr>
          </w:p>
          <w:p w14:paraId="7A0083BB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36961B55" w14:textId="78A3D740" w:rsidR="00AE7E89" w:rsidRPr="00EA46FF" w:rsidRDefault="00AE7E89" w:rsidP="00AE7E89"/>
        </w:tc>
      </w:tr>
      <w:tr w:rsidR="00AE7E89" w:rsidRPr="00EA46FF" w14:paraId="51091513" w14:textId="77777777" w:rsidTr="00EC347B">
        <w:tc>
          <w:tcPr>
            <w:tcW w:w="1202" w:type="dxa"/>
            <w:vMerge/>
          </w:tcPr>
          <w:p w14:paraId="11993FFF" w14:textId="77777777" w:rsidR="00AE7E89" w:rsidRPr="00EA46FF" w:rsidRDefault="00AE7E89" w:rsidP="00AE7E89"/>
        </w:tc>
        <w:tc>
          <w:tcPr>
            <w:tcW w:w="6286" w:type="dxa"/>
          </w:tcPr>
          <w:p w14:paraId="58598301" w14:textId="77777777" w:rsidR="007702EC" w:rsidRPr="00EA46FF" w:rsidRDefault="007702EC" w:rsidP="00AE7E89">
            <w:pPr>
              <w:rPr>
                <w:sz w:val="17"/>
              </w:rPr>
            </w:pPr>
          </w:p>
          <w:p w14:paraId="0EACAD7A" w14:textId="77777777" w:rsidR="007702EC" w:rsidRPr="00EA46FF" w:rsidRDefault="007702EC" w:rsidP="00AE7E89">
            <w:pPr>
              <w:rPr>
                <w:sz w:val="17"/>
              </w:rPr>
            </w:pPr>
          </w:p>
          <w:p w14:paraId="3F38C133" w14:textId="34362CE1" w:rsidR="00AE7E89" w:rsidRPr="00EA46FF" w:rsidRDefault="00AE7E89" w:rsidP="00AE7E89"/>
        </w:tc>
        <w:tc>
          <w:tcPr>
            <w:tcW w:w="835" w:type="dxa"/>
          </w:tcPr>
          <w:p w14:paraId="291757AD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1CB48236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7F5897C4" w14:textId="7F8B43C9" w:rsidR="00AE7E89" w:rsidRPr="00EA46FF" w:rsidRDefault="00AE7E89" w:rsidP="00AE7E89">
            <w:pPr>
              <w:jc w:val="center"/>
            </w:pPr>
            <w:r w:rsidRPr="00EA46FF">
              <w:rPr>
                <w:sz w:val="17"/>
              </w:rPr>
              <w:t>487</w:t>
            </w:r>
          </w:p>
        </w:tc>
        <w:tc>
          <w:tcPr>
            <w:tcW w:w="6984" w:type="dxa"/>
          </w:tcPr>
          <w:p w14:paraId="34A7904F" w14:textId="77777777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PARENTHETICAL:</w:t>
            </w:r>
          </w:p>
          <w:p w14:paraId="74B69F05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br/>
              <w:t>___________________________________________________________________________________________</w:t>
            </w:r>
          </w:p>
          <w:p w14:paraId="1CFF662D" w14:textId="77777777" w:rsidR="00AE7E89" w:rsidRPr="00EA46FF" w:rsidRDefault="00AE7E89" w:rsidP="00AE7E89">
            <w:pPr>
              <w:rPr>
                <w:sz w:val="16"/>
              </w:rPr>
            </w:pPr>
          </w:p>
          <w:p w14:paraId="0CFF85D2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41BD88FA" w14:textId="77777777" w:rsidR="00AE7E89" w:rsidRPr="00EA46FF" w:rsidRDefault="00AE7E89" w:rsidP="00AE7E89">
            <w:pPr>
              <w:rPr>
                <w:sz w:val="16"/>
              </w:rPr>
            </w:pPr>
          </w:p>
          <w:p w14:paraId="1F3CC7CC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04C33D08" w14:textId="00CA8756" w:rsidR="00AE7E89" w:rsidRPr="00EA46FF" w:rsidRDefault="00AE7E89" w:rsidP="00AE7E89"/>
        </w:tc>
      </w:tr>
      <w:tr w:rsidR="00AE7E89" w:rsidRPr="00EA46FF" w14:paraId="5F03079E" w14:textId="77777777" w:rsidTr="00EC347B">
        <w:tc>
          <w:tcPr>
            <w:tcW w:w="1202" w:type="dxa"/>
            <w:vMerge w:val="restart"/>
          </w:tcPr>
          <w:p w14:paraId="08006C12" w14:textId="77777777" w:rsidR="00192D23" w:rsidRPr="00EA46FF" w:rsidRDefault="00192D23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65EE38B5" w14:textId="77777777" w:rsidR="00192D23" w:rsidRPr="00EA46FF" w:rsidRDefault="00192D23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1AE39925" w14:textId="77777777" w:rsidR="00192D23" w:rsidRPr="00EA46FF" w:rsidRDefault="00192D23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01C7C809" w14:textId="77777777" w:rsidR="00192D23" w:rsidRPr="00EA46FF" w:rsidRDefault="00192D23" w:rsidP="00B0605A">
            <w:pPr>
              <w:rPr>
                <w:b/>
                <w:color w:val="4E3070"/>
                <w:sz w:val="17"/>
              </w:rPr>
            </w:pPr>
          </w:p>
          <w:p w14:paraId="1F39EFF7" w14:textId="77777777" w:rsidR="00192D23" w:rsidRPr="00EA46FF" w:rsidRDefault="00192D23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647A6A71" w14:textId="6851A528" w:rsidR="00AE7E89" w:rsidRPr="00EA46FF" w:rsidRDefault="00AE7E89" w:rsidP="00AE7E89">
            <w:pPr>
              <w:jc w:val="center"/>
            </w:pPr>
            <w:r w:rsidRPr="00EA46FF">
              <w:rPr>
                <w:b/>
                <w:color w:val="4E3070"/>
                <w:sz w:val="17"/>
              </w:rPr>
              <w:t>CONTROL / POWER</w:t>
            </w:r>
          </w:p>
        </w:tc>
        <w:tc>
          <w:tcPr>
            <w:tcW w:w="6286" w:type="dxa"/>
          </w:tcPr>
          <w:p w14:paraId="7B762F22" w14:textId="77777777" w:rsidR="007702EC" w:rsidRPr="00EA46FF" w:rsidRDefault="007702EC" w:rsidP="00AE7E89">
            <w:pPr>
              <w:rPr>
                <w:sz w:val="17"/>
              </w:rPr>
            </w:pPr>
          </w:p>
          <w:p w14:paraId="628BEF47" w14:textId="77777777" w:rsidR="007702EC" w:rsidRPr="00EA46FF" w:rsidRDefault="007702EC" w:rsidP="00AE7E89">
            <w:pPr>
              <w:rPr>
                <w:sz w:val="17"/>
              </w:rPr>
            </w:pPr>
          </w:p>
          <w:p w14:paraId="47526A82" w14:textId="33B54E2A" w:rsidR="00AE7E89" w:rsidRPr="00EA46FF" w:rsidRDefault="00AE7E89" w:rsidP="00AE7E89"/>
        </w:tc>
        <w:tc>
          <w:tcPr>
            <w:tcW w:w="835" w:type="dxa"/>
          </w:tcPr>
          <w:p w14:paraId="734D3D53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4B470290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3FCCE7ED" w14:textId="75369D8C" w:rsidR="00AE7E89" w:rsidRPr="00EA46FF" w:rsidRDefault="00AE7E89" w:rsidP="00AE7E89">
            <w:pPr>
              <w:jc w:val="center"/>
            </w:pPr>
            <w:r w:rsidRPr="00EA46FF">
              <w:rPr>
                <w:sz w:val="17"/>
              </w:rPr>
              <w:t>35</w:t>
            </w:r>
          </w:p>
        </w:tc>
        <w:tc>
          <w:tcPr>
            <w:tcW w:w="6984" w:type="dxa"/>
          </w:tcPr>
          <w:p w14:paraId="1775FE33" w14:textId="02016EA6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NARRATIVE:</w:t>
            </w:r>
          </w:p>
          <w:p w14:paraId="1C2327F0" w14:textId="24A5A6EC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br/>
              <w:t>___________________________________________________________________________________________</w:t>
            </w:r>
          </w:p>
          <w:p w14:paraId="0BBFE015" w14:textId="77777777" w:rsidR="00AE7E89" w:rsidRPr="00EA46FF" w:rsidRDefault="00AE7E89" w:rsidP="00AE7E89">
            <w:pPr>
              <w:rPr>
                <w:sz w:val="16"/>
              </w:rPr>
            </w:pPr>
          </w:p>
          <w:p w14:paraId="5B043A74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4C435027" w14:textId="77777777" w:rsidR="00AE7E89" w:rsidRPr="00EA46FF" w:rsidRDefault="00AE7E89" w:rsidP="00AE7E89">
            <w:pPr>
              <w:rPr>
                <w:sz w:val="16"/>
              </w:rPr>
            </w:pPr>
          </w:p>
          <w:p w14:paraId="4D66C41B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23DABB3E" w14:textId="77777777" w:rsidR="00AE7E89" w:rsidRDefault="00AE7E89" w:rsidP="00AE7E89"/>
          <w:p w14:paraId="608C4803" w14:textId="77777777" w:rsidR="00904373" w:rsidRDefault="00904373" w:rsidP="00AE7E89"/>
          <w:p w14:paraId="32EA3BC0" w14:textId="7A7E14C6" w:rsidR="00904373" w:rsidRPr="00EA46FF" w:rsidRDefault="00904373" w:rsidP="00AE7E89"/>
        </w:tc>
      </w:tr>
      <w:tr w:rsidR="00AE7E89" w:rsidRPr="00EA46FF" w14:paraId="0665EC73" w14:textId="77777777" w:rsidTr="00EC347B">
        <w:tc>
          <w:tcPr>
            <w:tcW w:w="1202" w:type="dxa"/>
            <w:vMerge/>
          </w:tcPr>
          <w:p w14:paraId="1248348F" w14:textId="77777777" w:rsidR="00AE7E89" w:rsidRPr="00EA46FF" w:rsidRDefault="00AE7E89" w:rsidP="00AE7E89"/>
        </w:tc>
        <w:tc>
          <w:tcPr>
            <w:tcW w:w="6286" w:type="dxa"/>
          </w:tcPr>
          <w:p w14:paraId="1EDD42F7" w14:textId="77777777" w:rsidR="00904373" w:rsidRDefault="00904373" w:rsidP="00AE7E89">
            <w:pPr>
              <w:rPr>
                <w:sz w:val="17"/>
              </w:rPr>
            </w:pPr>
          </w:p>
          <w:p w14:paraId="347E44DC" w14:textId="77777777" w:rsidR="00904373" w:rsidRPr="00EA46FF" w:rsidRDefault="00904373" w:rsidP="00AE7E89">
            <w:pPr>
              <w:rPr>
                <w:sz w:val="17"/>
              </w:rPr>
            </w:pPr>
          </w:p>
          <w:p w14:paraId="77150499" w14:textId="1D6480FE" w:rsidR="00AE7E89" w:rsidRPr="00EA46FF" w:rsidRDefault="00AE7E89" w:rsidP="00AE7E89"/>
        </w:tc>
        <w:tc>
          <w:tcPr>
            <w:tcW w:w="835" w:type="dxa"/>
          </w:tcPr>
          <w:p w14:paraId="46BF4E08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4836D6DC" w14:textId="77777777" w:rsidR="00904373" w:rsidRPr="00EA46FF" w:rsidRDefault="00904373" w:rsidP="00904373">
            <w:pPr>
              <w:rPr>
                <w:sz w:val="17"/>
              </w:rPr>
            </w:pPr>
          </w:p>
          <w:p w14:paraId="7C5E59B0" w14:textId="34215F26" w:rsidR="00AE7E89" w:rsidRPr="00EA46FF" w:rsidRDefault="00AE7E89" w:rsidP="00AE7E89">
            <w:pPr>
              <w:jc w:val="center"/>
            </w:pPr>
            <w:r w:rsidRPr="00EA46FF">
              <w:rPr>
                <w:sz w:val="17"/>
              </w:rPr>
              <w:t>79</w:t>
            </w:r>
          </w:p>
        </w:tc>
        <w:tc>
          <w:tcPr>
            <w:tcW w:w="6984" w:type="dxa"/>
          </w:tcPr>
          <w:p w14:paraId="402661C0" w14:textId="1A31B3F9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PARAPHRASE:</w:t>
            </w:r>
          </w:p>
          <w:p w14:paraId="7CBF5B63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br/>
              <w:t>___________________________________________________________________________________________</w:t>
            </w:r>
          </w:p>
          <w:p w14:paraId="5421EE88" w14:textId="77777777" w:rsidR="00AE7E89" w:rsidRPr="00EA46FF" w:rsidRDefault="00AE7E89" w:rsidP="00AE7E89">
            <w:pPr>
              <w:rPr>
                <w:sz w:val="16"/>
              </w:rPr>
            </w:pPr>
          </w:p>
          <w:p w14:paraId="34C8C421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1518EEF9" w14:textId="77777777" w:rsidR="00AE7E89" w:rsidRPr="00EA46FF" w:rsidRDefault="00AE7E89" w:rsidP="00AE7E89">
            <w:pPr>
              <w:rPr>
                <w:sz w:val="16"/>
              </w:rPr>
            </w:pPr>
          </w:p>
          <w:p w14:paraId="789476C8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4AA3BBBC" w14:textId="51EFEF62" w:rsidR="00AE7E89" w:rsidRPr="00EA46FF" w:rsidRDefault="00AE7E89" w:rsidP="00AE7E89"/>
        </w:tc>
      </w:tr>
      <w:tr w:rsidR="00AE7E89" w:rsidRPr="00EA46FF" w14:paraId="5C394942" w14:textId="77777777" w:rsidTr="00EC347B">
        <w:tc>
          <w:tcPr>
            <w:tcW w:w="1202" w:type="dxa"/>
            <w:vMerge/>
          </w:tcPr>
          <w:p w14:paraId="0F2CA064" w14:textId="77777777" w:rsidR="00AE7E89" w:rsidRPr="00EA46FF" w:rsidRDefault="00AE7E89" w:rsidP="00AE7E89"/>
        </w:tc>
        <w:tc>
          <w:tcPr>
            <w:tcW w:w="6286" w:type="dxa"/>
          </w:tcPr>
          <w:p w14:paraId="623B19B6" w14:textId="77777777" w:rsidR="007702EC" w:rsidRPr="00EA46FF" w:rsidRDefault="007702EC" w:rsidP="00AE7E89">
            <w:pPr>
              <w:rPr>
                <w:sz w:val="17"/>
              </w:rPr>
            </w:pPr>
          </w:p>
          <w:p w14:paraId="5976476E" w14:textId="77777777" w:rsidR="007702EC" w:rsidRPr="00EA46FF" w:rsidRDefault="007702EC" w:rsidP="00AE7E89">
            <w:pPr>
              <w:rPr>
                <w:sz w:val="17"/>
              </w:rPr>
            </w:pPr>
          </w:p>
          <w:p w14:paraId="3E11E10A" w14:textId="10564A8A" w:rsidR="00AE7E89" w:rsidRPr="00EA46FF" w:rsidRDefault="00AE7E89" w:rsidP="00AE7E89">
            <w:r w:rsidRPr="00EA46FF">
              <w:rPr>
                <w:sz w:val="17"/>
              </w:rPr>
              <w:t>“Divergence is just another problem for her to solve”</w:t>
            </w:r>
          </w:p>
        </w:tc>
        <w:tc>
          <w:tcPr>
            <w:tcW w:w="835" w:type="dxa"/>
          </w:tcPr>
          <w:p w14:paraId="5904E6C8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72A02CE0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4EF305C3" w14:textId="2C1667FD" w:rsidR="00AE7E89" w:rsidRPr="00EA46FF" w:rsidRDefault="00AE7E89" w:rsidP="00AE7E89">
            <w:pPr>
              <w:jc w:val="center"/>
            </w:pPr>
            <w:r w:rsidRPr="00EA46FF">
              <w:rPr>
                <w:sz w:val="17"/>
              </w:rPr>
              <w:t>432</w:t>
            </w:r>
          </w:p>
        </w:tc>
        <w:tc>
          <w:tcPr>
            <w:tcW w:w="6984" w:type="dxa"/>
          </w:tcPr>
          <w:p w14:paraId="00BED2F2" w14:textId="77777777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PARENTHETICAL:</w:t>
            </w:r>
          </w:p>
          <w:p w14:paraId="729DDCED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br/>
              <w:t>___________________________________________________________________________________________</w:t>
            </w:r>
          </w:p>
          <w:p w14:paraId="2D315D1F" w14:textId="77777777" w:rsidR="00AE7E89" w:rsidRPr="00EA46FF" w:rsidRDefault="00AE7E89" w:rsidP="00AE7E89">
            <w:pPr>
              <w:rPr>
                <w:sz w:val="16"/>
              </w:rPr>
            </w:pPr>
          </w:p>
          <w:p w14:paraId="59CE2CD3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559A8E31" w14:textId="77777777" w:rsidR="00AE7E89" w:rsidRPr="00EA46FF" w:rsidRDefault="00AE7E89" w:rsidP="00AE7E89">
            <w:pPr>
              <w:rPr>
                <w:sz w:val="16"/>
              </w:rPr>
            </w:pPr>
          </w:p>
          <w:p w14:paraId="254DCB17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5C30EE78" w14:textId="42B6C3FB" w:rsidR="00AE7E89" w:rsidRPr="00EA46FF" w:rsidRDefault="00AE7E89" w:rsidP="00AE7E89"/>
        </w:tc>
      </w:tr>
      <w:tr w:rsidR="00AE7E89" w:rsidRPr="00EA46FF" w14:paraId="12A8C8DE" w14:textId="77777777" w:rsidTr="00EC347B">
        <w:tc>
          <w:tcPr>
            <w:tcW w:w="1202" w:type="dxa"/>
            <w:vMerge w:val="restart"/>
          </w:tcPr>
          <w:p w14:paraId="51C6FF9B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34C3662A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110B6577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261A8D99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7AF4AACE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7D831C16" w14:textId="77777777" w:rsidR="00AE7E89" w:rsidRPr="00EA46FF" w:rsidRDefault="00AE7E89" w:rsidP="00AE7E89">
            <w:pPr>
              <w:jc w:val="center"/>
              <w:rPr>
                <w:b/>
                <w:color w:val="4E3070"/>
                <w:sz w:val="17"/>
              </w:rPr>
            </w:pPr>
          </w:p>
          <w:p w14:paraId="1CBC56C0" w14:textId="17499919" w:rsidR="00AE7E89" w:rsidRPr="00EA46FF" w:rsidRDefault="00AE7E89" w:rsidP="00AE7E89">
            <w:pPr>
              <w:jc w:val="center"/>
            </w:pPr>
            <w:r w:rsidRPr="00EA46FF">
              <w:rPr>
                <w:b/>
                <w:color w:val="4E3070"/>
                <w:sz w:val="17"/>
              </w:rPr>
              <w:t>CHOICE</w:t>
            </w:r>
          </w:p>
        </w:tc>
        <w:tc>
          <w:tcPr>
            <w:tcW w:w="6286" w:type="dxa"/>
          </w:tcPr>
          <w:p w14:paraId="14586532" w14:textId="77777777" w:rsidR="00AE7E89" w:rsidRPr="00EA46FF" w:rsidRDefault="00AE7E89" w:rsidP="00AE7E89">
            <w:pPr>
              <w:rPr>
                <w:sz w:val="17"/>
              </w:rPr>
            </w:pPr>
          </w:p>
          <w:p w14:paraId="09DE868D" w14:textId="77777777" w:rsidR="00AE7E89" w:rsidRPr="00EA46FF" w:rsidRDefault="00AE7E89" w:rsidP="00AE7E89">
            <w:pPr>
              <w:rPr>
                <w:sz w:val="17"/>
              </w:rPr>
            </w:pPr>
          </w:p>
          <w:p w14:paraId="0058BB33" w14:textId="4D847C72" w:rsidR="00AE7E89" w:rsidRPr="00EA46FF" w:rsidRDefault="00AE7E89" w:rsidP="00AE7E89"/>
        </w:tc>
        <w:tc>
          <w:tcPr>
            <w:tcW w:w="835" w:type="dxa"/>
          </w:tcPr>
          <w:p w14:paraId="747CAA6E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287B1B1E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671256E3" w14:textId="6DA33026" w:rsidR="00AE7E89" w:rsidRPr="00EA46FF" w:rsidRDefault="00AE7E89" w:rsidP="00AE7E89">
            <w:pPr>
              <w:jc w:val="center"/>
            </w:pPr>
            <w:r w:rsidRPr="00EA46FF">
              <w:rPr>
                <w:sz w:val="17"/>
              </w:rPr>
              <w:t>47</w:t>
            </w:r>
          </w:p>
        </w:tc>
        <w:tc>
          <w:tcPr>
            <w:tcW w:w="6984" w:type="dxa"/>
          </w:tcPr>
          <w:p w14:paraId="659A746E" w14:textId="77777777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NARRATIVE:</w:t>
            </w:r>
          </w:p>
          <w:p w14:paraId="044D679D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br/>
              <w:t>___________________________________________________________________________________________</w:t>
            </w:r>
          </w:p>
          <w:p w14:paraId="288CAB22" w14:textId="77777777" w:rsidR="00AE7E89" w:rsidRPr="00EA46FF" w:rsidRDefault="00AE7E89" w:rsidP="00AE7E89">
            <w:pPr>
              <w:rPr>
                <w:sz w:val="16"/>
              </w:rPr>
            </w:pPr>
          </w:p>
          <w:p w14:paraId="378DFA90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5CD23D87" w14:textId="77777777" w:rsidR="00AE7E89" w:rsidRPr="00EA46FF" w:rsidRDefault="00AE7E89" w:rsidP="00AE7E89">
            <w:pPr>
              <w:rPr>
                <w:sz w:val="16"/>
              </w:rPr>
            </w:pPr>
          </w:p>
          <w:p w14:paraId="088F4E5F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459C279F" w14:textId="3474EA4D" w:rsidR="00AE7E89" w:rsidRPr="00EA46FF" w:rsidRDefault="00AE7E89" w:rsidP="00AE7E89"/>
        </w:tc>
      </w:tr>
      <w:tr w:rsidR="00AE7E89" w:rsidRPr="00EA46FF" w14:paraId="7FCD1B1C" w14:textId="77777777" w:rsidTr="00EC347B">
        <w:tc>
          <w:tcPr>
            <w:tcW w:w="1202" w:type="dxa"/>
            <w:vMerge/>
          </w:tcPr>
          <w:p w14:paraId="702EB8C6" w14:textId="77777777" w:rsidR="00AE7E89" w:rsidRPr="00EA46FF" w:rsidRDefault="00AE7E89" w:rsidP="00AE7E89"/>
        </w:tc>
        <w:tc>
          <w:tcPr>
            <w:tcW w:w="6286" w:type="dxa"/>
          </w:tcPr>
          <w:p w14:paraId="01439F89" w14:textId="77777777" w:rsidR="00AE7E89" w:rsidRPr="00EA46FF" w:rsidRDefault="00AE7E89" w:rsidP="00AE7E89">
            <w:pPr>
              <w:rPr>
                <w:sz w:val="17"/>
              </w:rPr>
            </w:pPr>
          </w:p>
          <w:p w14:paraId="70F821F6" w14:textId="77777777" w:rsidR="00AE7E89" w:rsidRPr="00EA46FF" w:rsidRDefault="00AE7E89" w:rsidP="00AE7E89">
            <w:pPr>
              <w:rPr>
                <w:sz w:val="17"/>
              </w:rPr>
            </w:pPr>
          </w:p>
          <w:p w14:paraId="4B7372C0" w14:textId="1A4C0212" w:rsidR="00AE7E89" w:rsidRPr="00EA46FF" w:rsidRDefault="00AE7E89" w:rsidP="00AE7E89">
            <w:r w:rsidRPr="00EA46FF">
              <w:rPr>
                <w:sz w:val="17"/>
              </w:rPr>
              <w:t>“I wanted to acknowledge a part of myself that Abnegation demanded that I hide”</w:t>
            </w:r>
          </w:p>
        </w:tc>
        <w:tc>
          <w:tcPr>
            <w:tcW w:w="835" w:type="dxa"/>
          </w:tcPr>
          <w:p w14:paraId="4ED08C60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4A48CA96" w14:textId="77777777" w:rsidR="007702EC" w:rsidRPr="00EA46FF" w:rsidRDefault="007702EC" w:rsidP="00AE7E89">
            <w:pPr>
              <w:jc w:val="center"/>
              <w:rPr>
                <w:sz w:val="17"/>
              </w:rPr>
            </w:pPr>
          </w:p>
          <w:p w14:paraId="2705FC1B" w14:textId="31A60CE0" w:rsidR="00AE7E89" w:rsidRPr="00EA46FF" w:rsidRDefault="00AE7E89" w:rsidP="00AE7E89">
            <w:pPr>
              <w:jc w:val="center"/>
            </w:pPr>
            <w:r w:rsidRPr="00EA46FF">
              <w:rPr>
                <w:sz w:val="17"/>
              </w:rPr>
              <w:t>263</w:t>
            </w:r>
          </w:p>
        </w:tc>
        <w:tc>
          <w:tcPr>
            <w:tcW w:w="6984" w:type="dxa"/>
          </w:tcPr>
          <w:p w14:paraId="29A6ABAE" w14:textId="77777777" w:rsidR="00904373" w:rsidRDefault="00904373" w:rsidP="00904373">
            <w:pPr>
              <w:rPr>
                <w:b/>
                <w:color w:val="4E3070"/>
                <w:sz w:val="17"/>
              </w:rPr>
            </w:pPr>
            <w:r>
              <w:rPr>
                <w:b/>
                <w:color w:val="4E3070"/>
                <w:sz w:val="17"/>
              </w:rPr>
              <w:t>PARAPHRASE:</w:t>
            </w:r>
          </w:p>
          <w:p w14:paraId="291CFD44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br/>
              <w:t>___________________________________________________________________________________________</w:t>
            </w:r>
          </w:p>
          <w:p w14:paraId="582CEDB2" w14:textId="77777777" w:rsidR="00AE7E89" w:rsidRPr="00EA46FF" w:rsidRDefault="00AE7E89" w:rsidP="00AE7E89">
            <w:pPr>
              <w:rPr>
                <w:sz w:val="16"/>
              </w:rPr>
            </w:pPr>
          </w:p>
          <w:p w14:paraId="4EA7B741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132E208B" w14:textId="77777777" w:rsidR="00AE7E89" w:rsidRPr="00EA46FF" w:rsidRDefault="00AE7E89" w:rsidP="00AE7E89">
            <w:pPr>
              <w:rPr>
                <w:sz w:val="16"/>
              </w:rPr>
            </w:pPr>
          </w:p>
          <w:p w14:paraId="6BA3257F" w14:textId="77777777" w:rsidR="00AE7E89" w:rsidRPr="00EA46FF" w:rsidRDefault="00AE7E89" w:rsidP="00AE7E89">
            <w:pPr>
              <w:rPr>
                <w:sz w:val="16"/>
              </w:rPr>
            </w:pPr>
            <w:r w:rsidRPr="00EA46FF">
              <w:rPr>
                <w:sz w:val="16"/>
              </w:rPr>
              <w:t>___________________________________________________________________________________________</w:t>
            </w:r>
          </w:p>
          <w:p w14:paraId="2BA54ECF" w14:textId="7CBE3C51" w:rsidR="00AE7E89" w:rsidRPr="00EA46FF" w:rsidRDefault="00AE7E89" w:rsidP="00AE7E89"/>
        </w:tc>
      </w:tr>
    </w:tbl>
    <w:p w14:paraId="7A95FF0C" w14:textId="48717844" w:rsidR="00B84578" w:rsidRDefault="00B84578">
      <w:pPr>
        <w:spacing w:before="40" w:after="40"/>
      </w:pPr>
    </w:p>
    <w:sectPr w:rsidR="00B84578" w:rsidSect="00034616">
      <w:pgSz w:w="16834" w:h="11909" w:orient="landscape"/>
      <w:pgMar w:top="461" w:right="547" w:bottom="461" w:left="5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2364395">
    <w:abstractNumId w:val="8"/>
  </w:num>
  <w:num w:numId="2" w16cid:durableId="1394625493">
    <w:abstractNumId w:val="6"/>
  </w:num>
  <w:num w:numId="3" w16cid:durableId="708143593">
    <w:abstractNumId w:val="5"/>
  </w:num>
  <w:num w:numId="4" w16cid:durableId="191572518">
    <w:abstractNumId w:val="4"/>
  </w:num>
  <w:num w:numId="5" w16cid:durableId="229077576">
    <w:abstractNumId w:val="7"/>
  </w:num>
  <w:num w:numId="6" w16cid:durableId="1591429106">
    <w:abstractNumId w:val="3"/>
  </w:num>
  <w:num w:numId="7" w16cid:durableId="506679582">
    <w:abstractNumId w:val="2"/>
  </w:num>
  <w:num w:numId="8" w16cid:durableId="82260231">
    <w:abstractNumId w:val="1"/>
  </w:num>
  <w:num w:numId="9" w16cid:durableId="1481576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D23"/>
    <w:rsid w:val="0029639D"/>
    <w:rsid w:val="002E6426"/>
    <w:rsid w:val="00326F90"/>
    <w:rsid w:val="00510EA2"/>
    <w:rsid w:val="00701DED"/>
    <w:rsid w:val="007702EC"/>
    <w:rsid w:val="00904373"/>
    <w:rsid w:val="00A100CC"/>
    <w:rsid w:val="00AA1D8D"/>
    <w:rsid w:val="00AE7566"/>
    <w:rsid w:val="00AE7E89"/>
    <w:rsid w:val="00B0605A"/>
    <w:rsid w:val="00B47730"/>
    <w:rsid w:val="00B84578"/>
    <w:rsid w:val="00CB0664"/>
    <w:rsid w:val="00EA46FF"/>
    <w:rsid w:val="00EC34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256387"/>
  <w14:defaultImageDpi w14:val="300"/>
  <w15:docId w15:val="{2074E88E-0DE6-4312-B4B7-A25C99419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4">
    <w:name w:val="Plain Table 4"/>
    <w:basedOn w:val="TableNormal"/>
    <w:uiPriority w:val="99"/>
    <w:rsid w:val="002E64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99"/>
    <w:rsid w:val="00EC347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Ornelas, Jessica</cp:lastModifiedBy>
  <cp:revision>6</cp:revision>
  <dcterms:created xsi:type="dcterms:W3CDTF">2013-12-23T23:15:00Z</dcterms:created>
  <dcterms:modified xsi:type="dcterms:W3CDTF">2026-09-02T05:00:00Z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f45667-9c39-466e-8f21-c8569ec3d487_Enabled">
    <vt:lpwstr>true</vt:lpwstr>
  </property>
  <property fmtid="{D5CDD505-2E9C-101B-9397-08002B2CF9AE}" pid="3" name="MSIP_Label_2ff45667-9c39-466e-8f21-c8569ec3d487_SetDate">
    <vt:lpwstr>2026-09-02T04:41:57Z</vt:lpwstr>
  </property>
  <property fmtid="{D5CDD505-2E9C-101B-9397-08002B2CF9AE}" pid="4" name="MSIP_Label_2ff45667-9c39-466e-8f21-c8569ec3d487_Method">
    <vt:lpwstr>Standard</vt:lpwstr>
  </property>
  <property fmtid="{D5CDD505-2E9C-101B-9397-08002B2CF9AE}" pid="5" name="MSIP_Label_2ff45667-9c39-466e-8f21-c8569ec3d487_Name">
    <vt:lpwstr>OFFICIAL - NO MARKING</vt:lpwstr>
  </property>
  <property fmtid="{D5CDD505-2E9C-101B-9397-08002B2CF9AE}" pid="6" name="MSIP_Label_2ff45667-9c39-466e-8f21-c8569ec3d487_SiteId">
    <vt:lpwstr>f1d4a832-6c21-4475-9bf4-8cc7e9044a29</vt:lpwstr>
  </property>
  <property fmtid="{D5CDD505-2E9C-101B-9397-08002B2CF9AE}" pid="7" name="MSIP_Label_2ff45667-9c39-466e-8f21-c8569ec3d487_ActionId">
    <vt:lpwstr>af488426-f09f-4514-8995-8a414013afeb</vt:lpwstr>
  </property>
  <property fmtid="{D5CDD505-2E9C-101B-9397-08002B2CF9AE}" pid="8" name="MSIP_Label_2ff45667-9c39-466e-8f21-c8569ec3d487_ContentBits">
    <vt:lpwstr>0</vt:lpwstr>
  </property>
  <property fmtid="{D5CDD505-2E9C-101B-9397-08002B2CF9AE}" pid="9" name="MSIP_Label_2ff45667-9c39-466e-8f21-c8569ec3d487_Tag">
    <vt:lpwstr>10, 3, 0, 1</vt:lpwstr>
  </property>
</Properties>
</file>